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57B68" w14:textId="77777777" w:rsidR="00C2081E" w:rsidRDefault="00000000">
      <w:pPr>
        <w:spacing w:before="180"/>
      </w:pPr>
      <w:r>
        <w:rPr>
          <w:b/>
          <w:sz w:val="26"/>
        </w:rPr>
        <w:t>Past-Presidents</w:t>
      </w:r>
    </w:p>
    <w:p w14:paraId="5B4C2331" w14:textId="77777777" w:rsidR="00C2081E" w:rsidRDefault="00000000">
      <w:pPr>
        <w:spacing w:after="240"/>
      </w:pPr>
      <w:r>
        <w:t>*Deceased</w:t>
      </w:r>
    </w:p>
    <w:p w14:paraId="12EEE38C" w14:textId="77777777" w:rsidR="00C2081E" w:rsidRDefault="00000000">
      <w:r>
        <w:t>1956 *Mary Eleanor Tice</w:t>
      </w:r>
    </w:p>
    <w:p w14:paraId="719C360B" w14:textId="77777777" w:rsidR="00C2081E" w:rsidRDefault="00000000">
      <w:r>
        <w:t>1956-1957 *Vern Smith</w:t>
      </w:r>
    </w:p>
    <w:p w14:paraId="10D22914" w14:textId="77777777" w:rsidR="00C2081E" w:rsidRDefault="00000000">
      <w:r>
        <w:t>1957-1958 *Urshel Robbins</w:t>
      </w:r>
    </w:p>
    <w:p w14:paraId="697E9916" w14:textId="77777777" w:rsidR="00C2081E" w:rsidRDefault="00000000">
      <w:r>
        <w:t>1958-1959 *Nancy Best-Simpson</w:t>
      </w:r>
    </w:p>
    <w:p w14:paraId="38C3E35E" w14:textId="77777777" w:rsidR="00C2081E" w:rsidRDefault="00000000">
      <w:r>
        <w:t>1959-1960 *Henry Orth</w:t>
      </w:r>
    </w:p>
    <w:p w14:paraId="4DF66916" w14:textId="77777777" w:rsidR="00C2081E" w:rsidRDefault="00000000">
      <w:r>
        <w:t>1960-1961 *Dorrance Dean</w:t>
      </w:r>
    </w:p>
    <w:p w14:paraId="012A45F7" w14:textId="77777777" w:rsidR="00C2081E" w:rsidRDefault="00000000">
      <w:r>
        <w:t>1961-1962 *Marilyn Jenkins</w:t>
      </w:r>
    </w:p>
    <w:p w14:paraId="4DCAC775" w14:textId="77777777" w:rsidR="00C2081E" w:rsidRDefault="00000000">
      <w:r>
        <w:t>1962-1963 *Sewell Richardson</w:t>
      </w:r>
    </w:p>
    <w:p w14:paraId="7752AC38" w14:textId="77777777" w:rsidR="00C2081E" w:rsidRDefault="00000000">
      <w:r>
        <w:t>1963-1964 Chuck Marsh Term completed by *Chal Bauer</w:t>
      </w:r>
    </w:p>
    <w:p w14:paraId="39A5C80C" w14:textId="77777777" w:rsidR="00C2081E" w:rsidRDefault="00000000">
      <w:r>
        <w:t>1964-1965 *Julian DeSmith</w:t>
      </w:r>
    </w:p>
    <w:p w14:paraId="27F836D3" w14:textId="77777777" w:rsidR="00C2081E" w:rsidRDefault="00000000">
      <w:r>
        <w:t>1965-1966 *Dale Boven</w:t>
      </w:r>
    </w:p>
    <w:p w14:paraId="785BF48C" w14:textId="77777777" w:rsidR="00C2081E" w:rsidRDefault="00000000">
      <w:r>
        <w:t>1966-1967 *Robert Balshaw</w:t>
      </w:r>
    </w:p>
    <w:p w14:paraId="7AC18C07" w14:textId="77777777" w:rsidR="00C2081E" w:rsidRDefault="00000000">
      <w:r>
        <w:t>1967-1968 *Nick Hertza</w:t>
      </w:r>
    </w:p>
    <w:p w14:paraId="6E25DB68" w14:textId="77777777" w:rsidR="00C2081E" w:rsidRDefault="00000000">
      <w:r>
        <w:t>1968-1969 *D. Jerry Wolcott</w:t>
      </w:r>
    </w:p>
    <w:p w14:paraId="3D5F1027" w14:textId="77777777" w:rsidR="00C2081E" w:rsidRDefault="00000000">
      <w:r>
        <w:t>1969-1970 Robert Nelson</w:t>
      </w:r>
    </w:p>
    <w:p w14:paraId="02FB8D40" w14:textId="77777777" w:rsidR="00C2081E" w:rsidRDefault="00000000">
      <w:r>
        <w:t>1970-1971 *Peter Gormley</w:t>
      </w:r>
    </w:p>
    <w:p w14:paraId="07668501" w14:textId="77777777" w:rsidR="00C2081E" w:rsidRDefault="00000000">
      <w:r>
        <w:t>1971-1972 *Chal Bauer</w:t>
      </w:r>
    </w:p>
    <w:p w14:paraId="0309260D" w14:textId="77777777" w:rsidR="00C2081E" w:rsidRDefault="00000000">
      <w:r>
        <w:t>1972-1973 *Charles Christensen</w:t>
      </w:r>
    </w:p>
    <w:p w14:paraId="11056B0D" w14:textId="77777777" w:rsidR="00C2081E" w:rsidRDefault="00000000">
      <w:r>
        <w:t>1973-1974 *Larry McElroy Term completed by James Folkenning</w:t>
      </w:r>
    </w:p>
    <w:p w14:paraId="17E88E00" w14:textId="77777777" w:rsidR="00C2081E" w:rsidRDefault="00000000">
      <w:r>
        <w:t>1974-1975 Rhea North</w:t>
      </w:r>
    </w:p>
    <w:p w14:paraId="4F9C4303" w14:textId="77777777" w:rsidR="00C2081E" w:rsidRDefault="00000000">
      <w:r>
        <w:t>1975-1976 *James Bull</w:t>
      </w:r>
    </w:p>
    <w:p w14:paraId="38C3B226" w14:textId="77777777" w:rsidR="00C2081E" w:rsidRDefault="00000000">
      <w:r>
        <w:br w:type="page"/>
      </w:r>
    </w:p>
    <w:p w14:paraId="4696229D" w14:textId="77777777" w:rsidR="00C2081E" w:rsidRDefault="00000000">
      <w:r>
        <w:lastRenderedPageBreak/>
        <w:t>1976-1977 E. Edward Adamson</w:t>
      </w:r>
    </w:p>
    <w:p w14:paraId="08BAAD77" w14:textId="77777777" w:rsidR="00C2081E" w:rsidRDefault="00000000">
      <w:r>
        <w:t>1977-1978 Peter Szabo</w:t>
      </w:r>
    </w:p>
    <w:p w14:paraId="7C9D6C31" w14:textId="77777777" w:rsidR="00C2081E" w:rsidRDefault="00000000">
      <w:r>
        <w:t>1978-1979 Theodore Piotrowski</w:t>
      </w:r>
    </w:p>
    <w:p w14:paraId="3E4C9C52" w14:textId="77777777" w:rsidR="00C2081E" w:rsidRDefault="00000000">
      <w:r>
        <w:t>1979-1980. *Henry Orth</w:t>
      </w:r>
    </w:p>
    <w:p w14:paraId="1C15CDD5" w14:textId="77777777" w:rsidR="00C2081E" w:rsidRDefault="00000000">
      <w:r>
        <w:t>1980-1981 *Raymond Hock</w:t>
      </w:r>
    </w:p>
    <w:p w14:paraId="0B862844" w14:textId="77777777" w:rsidR="00C2081E" w:rsidRDefault="00000000">
      <w:r>
        <w:t>1981-1982 *Nancy Tamonica</w:t>
      </w:r>
    </w:p>
    <w:p w14:paraId="34C381E9" w14:textId="77777777" w:rsidR="00C2081E" w:rsidRDefault="00000000">
      <w:r>
        <w:t>1982-1983 *Les Rowe</w:t>
      </w:r>
    </w:p>
    <w:p w14:paraId="4B5B8CE1" w14:textId="77777777" w:rsidR="00C2081E" w:rsidRDefault="00000000">
      <w:r>
        <w:t>1983-1984 V. Kay Williams</w:t>
      </w:r>
    </w:p>
    <w:p w14:paraId="12386749" w14:textId="77777777" w:rsidR="00C2081E" w:rsidRDefault="00000000">
      <w:r>
        <w:t>1984-1985 G. Tim Wescott</w:t>
      </w:r>
    </w:p>
    <w:p w14:paraId="18DF234E" w14:textId="77777777" w:rsidR="00C2081E" w:rsidRDefault="00000000">
      <w:r>
        <w:t>1985-1986 *John Rowe</w:t>
      </w:r>
    </w:p>
    <w:p w14:paraId="435A1B43" w14:textId="77777777" w:rsidR="00C2081E" w:rsidRDefault="00000000">
      <w:r>
        <w:t>1986-1987 Don Crandell</w:t>
      </w:r>
    </w:p>
    <w:p w14:paraId="72D4AE75" w14:textId="77777777" w:rsidR="00C2081E" w:rsidRDefault="00000000">
      <w:r>
        <w:t>1987-1988 G. Tim Wescott</w:t>
      </w:r>
    </w:p>
    <w:p w14:paraId="6435A587" w14:textId="77777777" w:rsidR="00C2081E" w:rsidRDefault="00000000">
      <w:r>
        <w:t>1988-1989 Walter Burdgick</w:t>
      </w:r>
    </w:p>
    <w:p w14:paraId="791C22F3" w14:textId="77777777" w:rsidR="00C2081E" w:rsidRDefault="00000000">
      <w:r>
        <w:t>1989-1990 E. Edward Adamson</w:t>
      </w:r>
    </w:p>
    <w:p w14:paraId="4775CE98" w14:textId="77777777" w:rsidR="00C2081E" w:rsidRDefault="00000000">
      <w:r>
        <w:t>1990-1991 Millie Massey</w:t>
      </w:r>
    </w:p>
    <w:p w14:paraId="0D83830D" w14:textId="77777777" w:rsidR="00C2081E" w:rsidRDefault="00000000">
      <w:r>
        <w:t>1991-1992 Edward Burns, Jr.</w:t>
      </w:r>
    </w:p>
    <w:p w14:paraId="0947376F" w14:textId="77777777" w:rsidR="00C2081E" w:rsidRDefault="00000000">
      <w:r>
        <w:t>1992-1993 Roy Thelen</w:t>
      </w:r>
    </w:p>
    <w:p w14:paraId="0C264929" w14:textId="77777777" w:rsidR="00C2081E" w:rsidRDefault="00000000">
      <w:r>
        <w:t>1993-1994 Paul Keroson</w:t>
      </w:r>
    </w:p>
    <w:p w14:paraId="33D16756" w14:textId="77777777" w:rsidR="00C2081E" w:rsidRDefault="00000000">
      <w:r>
        <w:t>1994-1995 Denis Bausick</w:t>
      </w:r>
    </w:p>
    <w:p w14:paraId="037625FD" w14:textId="77777777" w:rsidR="00C2081E" w:rsidRDefault="00000000">
      <w:r>
        <w:t>1995-1996 Joe Prevo</w:t>
      </w:r>
    </w:p>
    <w:p w14:paraId="669C02EB" w14:textId="77777777" w:rsidR="00C2081E" w:rsidRDefault="00000000">
      <w:r>
        <w:t>1996-1997 Charles Carpeaux</w:t>
      </w:r>
    </w:p>
    <w:p w14:paraId="0A28F16D" w14:textId="77777777" w:rsidR="00C2081E" w:rsidRDefault="00000000">
      <w:r>
        <w:t>1997-1998 *Eldon Geyer</w:t>
      </w:r>
    </w:p>
    <w:p w14:paraId="5FC2A655" w14:textId="77777777" w:rsidR="00C2081E" w:rsidRDefault="00000000">
      <w:r>
        <w:t>1998-1999 Sandra Hayden</w:t>
      </w:r>
    </w:p>
    <w:p w14:paraId="4973EC83" w14:textId="77777777" w:rsidR="00C2081E" w:rsidRDefault="00000000">
      <w:r>
        <w:br w:type="page"/>
      </w:r>
    </w:p>
    <w:p w14:paraId="7F452B10" w14:textId="77777777" w:rsidR="00C2081E" w:rsidRDefault="00000000">
      <w:r>
        <w:lastRenderedPageBreak/>
        <w:t>1999-2000 Ronnie Owens Term completed by Lisa Pelzer</w:t>
      </w:r>
    </w:p>
    <w:p w14:paraId="1B91FDF9" w14:textId="77777777" w:rsidR="00C2081E" w:rsidRDefault="00000000">
      <w:r>
        <w:t>2000-2001 Gary Duehring</w:t>
      </w:r>
    </w:p>
    <w:p w14:paraId="4AC9085B" w14:textId="77777777" w:rsidR="00C2081E" w:rsidRDefault="00000000">
      <w:r>
        <w:t>2001-2002 Brian Pickford</w:t>
      </w:r>
    </w:p>
    <w:p w14:paraId="1D526F2A" w14:textId="77777777" w:rsidR="00C2081E" w:rsidRDefault="00000000">
      <w:r>
        <w:t>2002-2003 Laurie Williams</w:t>
      </w:r>
    </w:p>
    <w:p w14:paraId="7E7F6B81" w14:textId="77777777" w:rsidR="00C2081E" w:rsidRDefault="00000000">
      <w:r>
        <w:t>2003-2004 Orlando Flowers</w:t>
      </w:r>
    </w:p>
    <w:p w14:paraId="794C3E7A" w14:textId="77777777" w:rsidR="00C2081E" w:rsidRDefault="00000000">
      <w:r>
        <w:t>2004-2005 Todd Williams</w:t>
      </w:r>
    </w:p>
    <w:p w14:paraId="7D05D005" w14:textId="77777777" w:rsidR="00C2081E" w:rsidRDefault="00000000">
      <w:r>
        <w:t>2005-2006 Rex Miller</w:t>
      </w:r>
    </w:p>
    <w:p w14:paraId="630A39D7" w14:textId="77777777" w:rsidR="00C2081E" w:rsidRDefault="00000000">
      <w:r>
        <w:t>2006-2007 Paul Hyde</w:t>
      </w:r>
    </w:p>
    <w:p w14:paraId="1A59C7D9" w14:textId="77777777" w:rsidR="00C2081E" w:rsidRDefault="00000000">
      <w:r>
        <w:t>2007-2008 Laurie Williams</w:t>
      </w:r>
    </w:p>
    <w:p w14:paraId="0154820A" w14:textId="77777777" w:rsidR="00C2081E" w:rsidRDefault="00000000">
      <w:r>
        <w:t>2008-2009 *Dawn Sturk</w:t>
      </w:r>
    </w:p>
    <w:p w14:paraId="220D6192" w14:textId="77777777" w:rsidR="00C2081E" w:rsidRDefault="00000000">
      <w:r>
        <w:t>2009-2010 Debbie Bickerstaff</w:t>
      </w:r>
    </w:p>
    <w:p w14:paraId="7664F0C2" w14:textId="77777777" w:rsidR="00C2081E" w:rsidRDefault="00000000">
      <w:r>
        <w:t>2010-2011 Joe Prevo</w:t>
      </w:r>
    </w:p>
    <w:p w14:paraId="19753C33" w14:textId="77777777" w:rsidR="00C2081E" w:rsidRDefault="00000000">
      <w:r>
        <w:t>2011-2012 Gary Duehring</w:t>
      </w:r>
    </w:p>
    <w:p w14:paraId="41933A2F" w14:textId="77777777" w:rsidR="00C2081E" w:rsidRDefault="00000000">
      <w:r>
        <w:t>2012-2013 Dawn Dickinson Keyser</w:t>
      </w:r>
    </w:p>
    <w:p w14:paraId="482BE5C1" w14:textId="77777777" w:rsidR="00C2081E" w:rsidRDefault="00000000">
      <w:r>
        <w:t>2013-2014 Cindy Kramer Reszke</w:t>
      </w:r>
    </w:p>
    <w:p w14:paraId="5719FE4B" w14:textId="77777777" w:rsidR="00C2081E" w:rsidRDefault="00000000">
      <w:r>
        <w:t>2014-2015 Cynthia Suggs</w:t>
      </w:r>
    </w:p>
    <w:p w14:paraId="1B3D73A4" w14:textId="77777777" w:rsidR="00C2081E" w:rsidRDefault="00000000">
      <w:r>
        <w:t>2015-2016 Jennifer Hall Zuniga</w:t>
      </w:r>
    </w:p>
    <w:p w14:paraId="1F8A1FBD" w14:textId="77777777" w:rsidR="00C2081E" w:rsidRDefault="00000000">
      <w:r>
        <w:t>2016-2017 LeShell Palmer Jones</w:t>
      </w:r>
    </w:p>
    <w:p w14:paraId="10F0623D" w14:textId="77777777" w:rsidR="00C2081E" w:rsidRDefault="00000000">
      <w:r>
        <w:t>2017-2018 Edward Burns, Jr.</w:t>
      </w:r>
    </w:p>
    <w:p w14:paraId="70F58A0F" w14:textId="77777777" w:rsidR="00C2081E" w:rsidRDefault="00000000">
      <w:r>
        <w:t>2018-2019 Debbie Bickerstaff</w:t>
      </w:r>
    </w:p>
    <w:p w14:paraId="16BE61BB" w14:textId="77777777" w:rsidR="00C2081E" w:rsidRDefault="00000000">
      <w:r>
        <w:t>2019-2020 Melissa Wilson</w:t>
      </w:r>
    </w:p>
    <w:p w14:paraId="20B7F536" w14:textId="77777777" w:rsidR="00C2081E" w:rsidRDefault="00000000">
      <w:r>
        <w:t>2020-2021 Rex Miller</w:t>
      </w:r>
    </w:p>
    <w:p w14:paraId="4C46EDE3" w14:textId="77777777" w:rsidR="00C2081E" w:rsidRDefault="00000000">
      <w:r>
        <w:t>2021-2022 Sara Rivard</w:t>
      </w:r>
    </w:p>
    <w:p w14:paraId="5820EC10" w14:textId="77777777" w:rsidR="00C2081E" w:rsidRDefault="00000000">
      <w:r>
        <w:br w:type="page"/>
      </w:r>
    </w:p>
    <w:p w14:paraId="020D1069" w14:textId="77777777" w:rsidR="00C2081E" w:rsidRDefault="00000000">
      <w:r>
        <w:lastRenderedPageBreak/>
        <w:t>2022-2023 Melissa Hibbert</w:t>
      </w:r>
    </w:p>
    <w:p w14:paraId="4A3B4384" w14:textId="77777777" w:rsidR="00C2081E" w:rsidRDefault="00000000">
      <w:r>
        <w:t>2023-2024 Jennifer Richmond</w:t>
      </w:r>
    </w:p>
    <w:p w14:paraId="5E9A01B6" w14:textId="77777777" w:rsidR="00C2081E" w:rsidRDefault="00000000">
      <w:r>
        <w:t>2024-2025 Paula Primeau</w:t>
      </w:r>
    </w:p>
    <w:p w14:paraId="2B9CCA43" w14:textId="2B939BC6" w:rsidR="00B25B60" w:rsidRDefault="00B25B60">
      <w:r>
        <w:t>2025-2026 Tammy DePottey</w:t>
      </w:r>
    </w:p>
    <w:p w14:paraId="421851DD" w14:textId="1BC6C470" w:rsidR="00B25B60" w:rsidRDefault="00B25B60">
      <w:r>
        <w:t>2026-2027 Michelle Dickinson</w:t>
      </w:r>
    </w:p>
    <w:p w14:paraId="13C461F5" w14:textId="77777777" w:rsidR="00B25B60" w:rsidRDefault="00B25B60"/>
    <w:p w14:paraId="55407D08" w14:textId="77777777" w:rsidR="00C2081E" w:rsidRDefault="00000000">
      <w:pPr>
        <w:spacing w:before="180"/>
      </w:pPr>
      <w:r>
        <w:rPr>
          <w:b/>
          <w:sz w:val="26"/>
        </w:rPr>
        <w:t>Technologist of the Year</w:t>
      </w:r>
    </w:p>
    <w:p w14:paraId="2609748C" w14:textId="77777777" w:rsidR="00C2081E" w:rsidRDefault="00000000">
      <w:r>
        <w:t>1968 *Chal Bauer</w:t>
      </w:r>
    </w:p>
    <w:p w14:paraId="53C8F420" w14:textId="77777777" w:rsidR="00C2081E" w:rsidRDefault="00000000">
      <w:r>
        <w:t>1969 *Julian DeSmith</w:t>
      </w:r>
    </w:p>
    <w:p w14:paraId="5F4A6496" w14:textId="77777777" w:rsidR="00C2081E" w:rsidRDefault="00000000">
      <w:r>
        <w:t>1970 *Marilyn Jenkins</w:t>
      </w:r>
    </w:p>
    <w:p w14:paraId="4401BD16" w14:textId="77777777" w:rsidR="00C2081E" w:rsidRDefault="00000000">
      <w:r>
        <w:t>1971 *Mary Eleanor Tice</w:t>
      </w:r>
    </w:p>
    <w:p w14:paraId="11BFD2BB" w14:textId="77777777" w:rsidR="00C2081E" w:rsidRDefault="00000000">
      <w:r>
        <w:t>1972 *Henry Orth</w:t>
      </w:r>
    </w:p>
    <w:p w14:paraId="07040C54" w14:textId="77777777" w:rsidR="00C2081E" w:rsidRDefault="00000000">
      <w:r>
        <w:t>1973 *D. Jerry Wolcott</w:t>
      </w:r>
    </w:p>
    <w:p w14:paraId="4159B56D" w14:textId="77777777" w:rsidR="00C2081E" w:rsidRDefault="00000000">
      <w:r>
        <w:t>1974 *Peter Gormley</w:t>
      </w:r>
    </w:p>
    <w:p w14:paraId="2991F84E" w14:textId="77777777" w:rsidR="00C2081E" w:rsidRDefault="00000000">
      <w:r>
        <w:t>1975 Betty Linch</w:t>
      </w:r>
    </w:p>
    <w:p w14:paraId="5FEF9CC7" w14:textId="77777777" w:rsidR="00C2081E" w:rsidRDefault="00000000">
      <w:r>
        <w:t>1976 Jeanne Mogg</w:t>
      </w:r>
    </w:p>
    <w:p w14:paraId="065E7356" w14:textId="77777777" w:rsidR="00C2081E" w:rsidRDefault="00000000">
      <w:r>
        <w:t>1977 *Nancy Tomanica</w:t>
      </w:r>
    </w:p>
    <w:p w14:paraId="707B5313" w14:textId="77777777" w:rsidR="00C2081E" w:rsidRDefault="00000000">
      <w:r>
        <w:t>1978 *Raymond Hock</w:t>
      </w:r>
    </w:p>
    <w:p w14:paraId="462EFFE1" w14:textId="77777777" w:rsidR="00C2081E" w:rsidRDefault="00000000">
      <w:r>
        <w:t>1979 Rhea North</w:t>
      </w:r>
    </w:p>
    <w:p w14:paraId="141B3DDF" w14:textId="77777777" w:rsidR="00C2081E" w:rsidRDefault="00000000">
      <w:r>
        <w:t>1980 *James Bull</w:t>
      </w:r>
    </w:p>
    <w:p w14:paraId="74215366" w14:textId="77777777" w:rsidR="00C2081E" w:rsidRDefault="00000000">
      <w:r>
        <w:t>1981 Walter Burdgick</w:t>
      </w:r>
    </w:p>
    <w:p w14:paraId="3D896385" w14:textId="77777777" w:rsidR="00C2081E" w:rsidRDefault="00000000">
      <w:r>
        <w:t>1982 E . Edward Adamson</w:t>
      </w:r>
    </w:p>
    <w:p w14:paraId="5ABBBBB5" w14:textId="77777777" w:rsidR="00C2081E" w:rsidRDefault="00000000">
      <w:r>
        <w:t>1983 Bruce Bailey</w:t>
      </w:r>
    </w:p>
    <w:p w14:paraId="6F1CF926" w14:textId="77777777" w:rsidR="00C2081E" w:rsidRDefault="00000000">
      <w:r>
        <w:t>1984 *Les Rowe</w:t>
      </w:r>
    </w:p>
    <w:p w14:paraId="458F244F" w14:textId="77777777" w:rsidR="00C2081E" w:rsidRDefault="00000000">
      <w:r>
        <w:t>1985 Donald Crandell</w:t>
      </w:r>
    </w:p>
    <w:p w14:paraId="1F70CE22" w14:textId="77777777" w:rsidR="00C2081E" w:rsidRDefault="00000000">
      <w:r>
        <w:t>1986 Robert Nelson</w:t>
      </w:r>
    </w:p>
    <w:p w14:paraId="45A0A340" w14:textId="77777777" w:rsidR="00C2081E" w:rsidRDefault="00000000">
      <w:r>
        <w:br w:type="page"/>
      </w:r>
    </w:p>
    <w:p w14:paraId="3EA3B13B" w14:textId="77777777" w:rsidR="00C2081E" w:rsidRDefault="00000000">
      <w:r>
        <w:lastRenderedPageBreak/>
        <w:t>1987 John Howko</w:t>
      </w:r>
    </w:p>
    <w:p w14:paraId="28D2FC40" w14:textId="77777777" w:rsidR="00C2081E" w:rsidRDefault="00000000">
      <w:r>
        <w:t>1988 V. Kay Williams</w:t>
      </w:r>
    </w:p>
    <w:p w14:paraId="4123F898" w14:textId="77777777" w:rsidR="00C2081E" w:rsidRDefault="00000000">
      <w:r>
        <w:t>1989 *John Rowe</w:t>
      </w:r>
    </w:p>
    <w:p w14:paraId="1C04B4CA" w14:textId="77777777" w:rsidR="00C2081E" w:rsidRDefault="00000000">
      <w:r>
        <w:t>1990 Ronnie Williams</w:t>
      </w:r>
    </w:p>
    <w:p w14:paraId="7B986D7D" w14:textId="77777777" w:rsidR="00C2081E" w:rsidRDefault="00000000">
      <w:r>
        <w:t>1991 G. Tim Wescott</w:t>
      </w:r>
    </w:p>
    <w:p w14:paraId="21AD58E3" w14:textId="77777777" w:rsidR="00C2081E" w:rsidRDefault="00000000">
      <w:r>
        <w:t>1992 Patricia Crandell</w:t>
      </w:r>
    </w:p>
    <w:p w14:paraId="1237B557" w14:textId="77777777" w:rsidR="00C2081E" w:rsidRDefault="00000000">
      <w:r>
        <w:t>1993 Millie Massey</w:t>
      </w:r>
    </w:p>
    <w:p w14:paraId="7E3478E8" w14:textId="77777777" w:rsidR="00C2081E" w:rsidRDefault="00000000">
      <w:r>
        <w:t>1994 Thomas Sieffert</w:t>
      </w:r>
    </w:p>
    <w:p w14:paraId="3E0F663A" w14:textId="77777777" w:rsidR="00C2081E" w:rsidRDefault="00000000">
      <w:r>
        <w:t>1995 Shirley Smith</w:t>
      </w:r>
    </w:p>
    <w:p w14:paraId="6FD181FB" w14:textId="77777777" w:rsidR="00C2081E" w:rsidRDefault="00000000">
      <w:r>
        <w:t>1996 Rosann Keller</w:t>
      </w:r>
    </w:p>
    <w:p w14:paraId="53745BE4" w14:textId="77777777" w:rsidR="00C2081E" w:rsidRDefault="00000000">
      <w:r>
        <w:t>1997 Paul Keroson</w:t>
      </w:r>
    </w:p>
    <w:p w14:paraId="31F60E46" w14:textId="77777777" w:rsidR="00C2081E" w:rsidRDefault="00000000">
      <w:r>
        <w:t>1998 James Sharp</w:t>
      </w:r>
    </w:p>
    <w:p w14:paraId="478E621B" w14:textId="77777777" w:rsidR="00C2081E" w:rsidRDefault="00000000">
      <w:r>
        <w:t>1999 Ruth Tompsett</w:t>
      </w:r>
    </w:p>
    <w:p w14:paraId="3C567502" w14:textId="77777777" w:rsidR="00C2081E" w:rsidRDefault="00000000">
      <w:r>
        <w:t>2000 Jodi Peterman</w:t>
      </w:r>
    </w:p>
    <w:p w14:paraId="5BD3A757" w14:textId="77777777" w:rsidR="00C2081E" w:rsidRDefault="00000000">
      <w:r>
        <w:t>2001 *Eldon Geyer</w:t>
      </w:r>
    </w:p>
    <w:p w14:paraId="61C797BC" w14:textId="77777777" w:rsidR="00C2081E" w:rsidRDefault="00000000">
      <w:r>
        <w:t>2002 Joe Prevo</w:t>
      </w:r>
    </w:p>
    <w:p w14:paraId="4114ED0D" w14:textId="77777777" w:rsidR="00C2081E" w:rsidRDefault="00000000">
      <w:r>
        <w:t>2003 Charley Snyder</w:t>
      </w:r>
    </w:p>
    <w:p w14:paraId="5AD6D8D3" w14:textId="77777777" w:rsidR="00C2081E" w:rsidRDefault="00000000">
      <w:r>
        <w:t>2004 Gary Duehring</w:t>
      </w:r>
    </w:p>
    <w:p w14:paraId="7F48ECF7" w14:textId="77777777" w:rsidR="00C2081E" w:rsidRDefault="00000000">
      <w:r>
        <w:t>2005 Edward Burns, Jr.</w:t>
      </w:r>
    </w:p>
    <w:p w14:paraId="2BB7C986" w14:textId="77777777" w:rsidR="00C2081E" w:rsidRDefault="00000000">
      <w:r>
        <w:t>2006 *Dawn Sturk</w:t>
      </w:r>
    </w:p>
    <w:p w14:paraId="44BAF504" w14:textId="77777777" w:rsidR="00C2081E" w:rsidRDefault="00000000">
      <w:r>
        <w:t>2007 Wendy Burdgick</w:t>
      </w:r>
    </w:p>
    <w:p w14:paraId="53568467" w14:textId="77777777" w:rsidR="00C2081E" w:rsidRDefault="00000000">
      <w:r>
        <w:t>2008 Rex Miller</w:t>
      </w:r>
    </w:p>
    <w:p w14:paraId="3922371D" w14:textId="77777777" w:rsidR="00C2081E" w:rsidRDefault="00000000">
      <w:r>
        <w:t>2009 Todd Williams</w:t>
      </w:r>
    </w:p>
    <w:p w14:paraId="70A92940" w14:textId="77777777" w:rsidR="00C2081E" w:rsidRDefault="00000000">
      <w:r>
        <w:br w:type="page"/>
      </w:r>
    </w:p>
    <w:p w14:paraId="24A074A9" w14:textId="77777777" w:rsidR="00C2081E" w:rsidRDefault="00000000">
      <w:r>
        <w:lastRenderedPageBreak/>
        <w:t>2010 William Muller</w:t>
      </w:r>
    </w:p>
    <w:p w14:paraId="3AA84D57" w14:textId="1B7DFFF8" w:rsidR="00C2081E" w:rsidRDefault="00000000">
      <w:r>
        <w:t>201</w:t>
      </w:r>
      <w:r w:rsidR="00B25B60">
        <w:t>1</w:t>
      </w:r>
      <w:r>
        <w:t xml:space="preserve"> Laurie Williams</w:t>
      </w:r>
    </w:p>
    <w:p w14:paraId="65ABC331" w14:textId="77777777" w:rsidR="00C2081E" w:rsidRDefault="00000000">
      <w:r>
        <w:t>2013 Debbie Bickerstaff</w:t>
      </w:r>
    </w:p>
    <w:p w14:paraId="096C1EAC" w14:textId="77777777" w:rsidR="00C2081E" w:rsidRDefault="00000000">
      <w:r>
        <w:t>2014 Brian Pickford</w:t>
      </w:r>
    </w:p>
    <w:p w14:paraId="13E1673B" w14:textId="77777777" w:rsidR="00C2081E" w:rsidRDefault="00000000">
      <w:r>
        <w:t>2015 Dawn Dickinson Keyser</w:t>
      </w:r>
    </w:p>
    <w:p w14:paraId="4942057F" w14:textId="77777777" w:rsidR="00C2081E" w:rsidRDefault="00000000">
      <w:r>
        <w:t>2017 Cynthia Suggs</w:t>
      </w:r>
    </w:p>
    <w:p w14:paraId="04D9A26C" w14:textId="77777777" w:rsidR="00C2081E" w:rsidRDefault="00000000">
      <w:r>
        <w:t>2018 William Nelson</w:t>
      </w:r>
    </w:p>
    <w:p w14:paraId="2C38AF13" w14:textId="77777777" w:rsidR="00C2081E" w:rsidRDefault="00000000">
      <w:r>
        <w:t>2019 Christina Williamson</w:t>
      </w:r>
    </w:p>
    <w:p w14:paraId="23059E1E" w14:textId="77777777" w:rsidR="00B25B60" w:rsidRDefault="00B25B60"/>
    <w:p w14:paraId="15A13B54" w14:textId="77777777" w:rsidR="00C2081E" w:rsidRDefault="00000000">
      <w:pPr>
        <w:spacing w:before="180"/>
      </w:pPr>
      <w:r>
        <w:rPr>
          <w:b/>
          <w:sz w:val="26"/>
        </w:rPr>
        <w:t>Educator of the Year</w:t>
      </w:r>
    </w:p>
    <w:p w14:paraId="656DCDAB" w14:textId="77777777" w:rsidR="00C2081E" w:rsidRDefault="00000000">
      <w:r>
        <w:t>2014 John Thommen</w:t>
      </w:r>
    </w:p>
    <w:p w14:paraId="40781640" w14:textId="77777777" w:rsidR="00C2081E" w:rsidRDefault="00000000">
      <w:r>
        <w:t>2015 Terry Fedechenko</w:t>
      </w:r>
    </w:p>
    <w:p w14:paraId="59FA7C20" w14:textId="77777777" w:rsidR="00C2081E" w:rsidRDefault="00000000">
      <w:r>
        <w:t>2016 Cindy Kramer Reszke</w:t>
      </w:r>
    </w:p>
    <w:p w14:paraId="7978C085" w14:textId="77777777" w:rsidR="00C2081E" w:rsidRDefault="00000000">
      <w:r>
        <w:t>2017 Joseph Shackelford</w:t>
      </w:r>
    </w:p>
    <w:p w14:paraId="287EB9E9" w14:textId="77777777" w:rsidR="00C2081E" w:rsidRDefault="00000000">
      <w:r>
        <w:t>2018 Jennifer Hall Zuniga</w:t>
      </w:r>
    </w:p>
    <w:p w14:paraId="20AEE268" w14:textId="77777777" w:rsidR="00C2081E" w:rsidRDefault="00000000">
      <w:r>
        <w:t>2019 Katrina Steinsultz</w:t>
      </w:r>
    </w:p>
    <w:p w14:paraId="7030838C" w14:textId="77777777" w:rsidR="00C2081E" w:rsidRDefault="00000000">
      <w:r>
        <w:t>2021 Tammy DePottey</w:t>
      </w:r>
    </w:p>
    <w:p w14:paraId="103394EA" w14:textId="77777777" w:rsidR="00C2081E" w:rsidRDefault="00000000">
      <w:r>
        <w:t>2022 Lisa Wall</w:t>
      </w:r>
    </w:p>
    <w:p w14:paraId="25E47CA6" w14:textId="77777777" w:rsidR="00C2081E" w:rsidRDefault="00000000">
      <w:r>
        <w:t>2023 Jeanetta Greer</w:t>
      </w:r>
    </w:p>
    <w:p w14:paraId="498EA327" w14:textId="77777777" w:rsidR="00C2081E" w:rsidRDefault="00000000">
      <w:r>
        <w:t>2025 Julie Hollenbeck</w:t>
      </w:r>
    </w:p>
    <w:p w14:paraId="056AE5D3" w14:textId="77777777" w:rsidR="00B25B60" w:rsidRDefault="00B25B60"/>
    <w:p w14:paraId="0015E783" w14:textId="77777777" w:rsidR="00C2081E" w:rsidRDefault="00000000">
      <w:pPr>
        <w:spacing w:before="180"/>
      </w:pPr>
      <w:r>
        <w:rPr>
          <w:b/>
          <w:sz w:val="26"/>
        </w:rPr>
        <w:t>Student of the Year</w:t>
      </w:r>
    </w:p>
    <w:p w14:paraId="635F45FC" w14:textId="77777777" w:rsidR="00C2081E" w:rsidRDefault="00000000">
      <w:r>
        <w:t>2024 Sarah Nyquist - Oakland University</w:t>
      </w:r>
    </w:p>
    <w:p w14:paraId="17A68006" w14:textId="5FC15281" w:rsidR="00B25B60" w:rsidRDefault="00B25B60">
      <w:r>
        <w:t>2026 Arizona Cray – Delta College</w:t>
      </w:r>
    </w:p>
    <w:p w14:paraId="1F998797" w14:textId="77777777" w:rsidR="00B25B60" w:rsidRDefault="00B25B60"/>
    <w:p w14:paraId="590CB3A2" w14:textId="5D0D1070" w:rsidR="00C2081E" w:rsidRDefault="00000000">
      <w:pPr>
        <w:spacing w:before="180"/>
      </w:pPr>
      <w:r>
        <w:rPr>
          <w:b/>
          <w:sz w:val="26"/>
        </w:rPr>
        <w:t>MSRT Life Members (in alphabetical order</w:t>
      </w:r>
      <w:r w:rsidR="00B25B60">
        <w:rPr>
          <w:b/>
          <w:sz w:val="26"/>
        </w:rPr>
        <w:t xml:space="preserve"> by last name</w:t>
      </w:r>
      <w:r>
        <w:rPr>
          <w:b/>
          <w:sz w:val="26"/>
        </w:rPr>
        <w:t>)</w:t>
      </w:r>
    </w:p>
    <w:p w14:paraId="57542238" w14:textId="77777777" w:rsidR="00C2081E" w:rsidRDefault="00000000">
      <w:r>
        <w:br w:type="page"/>
      </w:r>
    </w:p>
    <w:p w14:paraId="51B1AC6A" w14:textId="77777777" w:rsidR="00C2081E" w:rsidRDefault="00000000">
      <w:r>
        <w:lastRenderedPageBreak/>
        <w:t>E. Edward Adamson</w:t>
      </w:r>
    </w:p>
    <w:p w14:paraId="283031D4" w14:textId="77777777" w:rsidR="00C2081E" w:rsidRDefault="00000000">
      <w:r>
        <w:t>*Chal Bauer</w:t>
      </w:r>
    </w:p>
    <w:p w14:paraId="5BF46B41" w14:textId="77777777" w:rsidR="00C2081E" w:rsidRDefault="00000000">
      <w:r>
        <w:t>Deborah Bickerstaff</w:t>
      </w:r>
    </w:p>
    <w:p w14:paraId="4AC38344" w14:textId="77777777" w:rsidR="00C2081E" w:rsidRDefault="00000000">
      <w:r>
        <w:t>*James Bull</w:t>
      </w:r>
    </w:p>
    <w:p w14:paraId="498F9BB3" w14:textId="77777777" w:rsidR="00C2081E" w:rsidRDefault="00000000">
      <w:r>
        <w:t>Walter Burdgick</w:t>
      </w:r>
    </w:p>
    <w:p w14:paraId="2554ED42" w14:textId="77777777" w:rsidR="00C2081E" w:rsidRDefault="00000000">
      <w:r>
        <w:t>Donald Crandell</w:t>
      </w:r>
    </w:p>
    <w:p w14:paraId="461EBE8A" w14:textId="77777777" w:rsidR="00C2081E" w:rsidRDefault="00000000">
      <w:r>
        <w:t>Gary Duehring</w:t>
      </w:r>
    </w:p>
    <w:p w14:paraId="24808B80" w14:textId="77777777" w:rsidR="00C2081E" w:rsidRDefault="00000000">
      <w:r>
        <w:t>*Eldon Geyer</w:t>
      </w:r>
    </w:p>
    <w:p w14:paraId="72747F65" w14:textId="77777777" w:rsidR="00C2081E" w:rsidRDefault="00000000">
      <w:r>
        <w:t>*Lew Geyer</w:t>
      </w:r>
    </w:p>
    <w:p w14:paraId="7A4833FC" w14:textId="77777777" w:rsidR="00C2081E" w:rsidRDefault="00000000">
      <w:r>
        <w:t>*Peter Gormley</w:t>
      </w:r>
    </w:p>
    <w:p w14:paraId="3EFF32C6" w14:textId="77777777" w:rsidR="00C2081E" w:rsidRDefault="00000000">
      <w:r>
        <w:t>*Raymond Hock</w:t>
      </w:r>
    </w:p>
    <w:p w14:paraId="5F4BA2E1" w14:textId="77777777" w:rsidR="00C2081E" w:rsidRDefault="00000000">
      <w:r>
        <w:t>Paul Keroson</w:t>
      </w:r>
    </w:p>
    <w:p w14:paraId="02948D98" w14:textId="7E7DF4B1" w:rsidR="00B25B60" w:rsidRDefault="00B25B60">
      <w:r>
        <w:t>Cindy Kramer</w:t>
      </w:r>
    </w:p>
    <w:p w14:paraId="73B4807B" w14:textId="77777777" w:rsidR="00C2081E" w:rsidRDefault="00000000">
      <w:r>
        <w:t>Rex Miller</w:t>
      </w:r>
    </w:p>
    <w:p w14:paraId="6EB1DA5A" w14:textId="77777777" w:rsidR="00C2081E" w:rsidRDefault="00000000">
      <w:r>
        <w:t>William Muller</w:t>
      </w:r>
    </w:p>
    <w:p w14:paraId="3812AFA6" w14:textId="77777777" w:rsidR="00C2081E" w:rsidRDefault="00000000">
      <w:r>
        <w:t>Robert Nelson</w:t>
      </w:r>
    </w:p>
    <w:p w14:paraId="3FE93E02" w14:textId="77777777" w:rsidR="00C2081E" w:rsidRDefault="00000000">
      <w:r>
        <w:t>Rhea North</w:t>
      </w:r>
    </w:p>
    <w:p w14:paraId="71FCB03C" w14:textId="77777777" w:rsidR="00C2081E" w:rsidRDefault="00000000">
      <w:r>
        <w:t>*Henry Orth</w:t>
      </w:r>
    </w:p>
    <w:p w14:paraId="0601E204" w14:textId="77777777" w:rsidR="00C2081E" w:rsidRDefault="00000000">
      <w:r>
        <w:t>Joe Prevo</w:t>
      </w:r>
    </w:p>
    <w:p w14:paraId="11485C71" w14:textId="77777777" w:rsidR="00C2081E" w:rsidRDefault="00000000">
      <w:r>
        <w:t>*Les Rowe</w:t>
      </w:r>
    </w:p>
    <w:p w14:paraId="200F1C3E" w14:textId="77777777" w:rsidR="00C2081E" w:rsidRDefault="00000000">
      <w:r>
        <w:t>*Nancy Best-Simpson</w:t>
      </w:r>
    </w:p>
    <w:p w14:paraId="7EBB2B0B" w14:textId="77777777" w:rsidR="00C2081E" w:rsidRDefault="00000000">
      <w:r>
        <w:t>*Mary Eleanor Tice</w:t>
      </w:r>
    </w:p>
    <w:p w14:paraId="6D6F51DC" w14:textId="77777777" w:rsidR="00C2081E" w:rsidRDefault="00000000">
      <w:r>
        <w:t>*Clark Warren</w:t>
      </w:r>
    </w:p>
    <w:p w14:paraId="54D17083" w14:textId="304E89DA" w:rsidR="00C2081E" w:rsidRDefault="00000000">
      <w:r>
        <w:t>G. Tim Wescott</w:t>
      </w:r>
    </w:p>
    <w:p w14:paraId="01D63FBD" w14:textId="77777777" w:rsidR="00C2081E" w:rsidRDefault="00000000">
      <w:r>
        <w:t>V. Kay Williams</w:t>
      </w:r>
    </w:p>
    <w:p w14:paraId="1357E997" w14:textId="77777777" w:rsidR="00C2081E" w:rsidRDefault="00000000">
      <w:r>
        <w:t>*D. Jerry Wolcott</w:t>
      </w:r>
    </w:p>
    <w:p w14:paraId="5838DA13" w14:textId="77777777" w:rsidR="00B25B60" w:rsidRDefault="00B25B60"/>
    <w:p w14:paraId="2EA8F49D" w14:textId="77777777" w:rsidR="00C2081E" w:rsidRDefault="00000000">
      <w:pPr>
        <w:spacing w:before="180"/>
      </w:pPr>
      <w:r>
        <w:rPr>
          <w:b/>
          <w:sz w:val="26"/>
        </w:rPr>
        <w:t>Honorary Life Members- (in alphabetical order)</w:t>
      </w:r>
    </w:p>
    <w:p w14:paraId="22BD02B4" w14:textId="77777777" w:rsidR="00C2081E" w:rsidRDefault="00000000">
      <w:r>
        <w:t>*Donald Adkins</w:t>
      </w:r>
    </w:p>
    <w:p w14:paraId="481D7ACC" w14:textId="77777777" w:rsidR="00C2081E" w:rsidRDefault="00000000">
      <w:r>
        <w:lastRenderedPageBreak/>
        <w:t>Phil Loesel</w:t>
      </w:r>
    </w:p>
    <w:p w14:paraId="2DFCC1EC" w14:textId="77777777" w:rsidR="00C2081E" w:rsidRDefault="00000000">
      <w:r>
        <w:t>Evelyn Nelson</w:t>
      </w:r>
    </w:p>
    <w:p w14:paraId="54A83E18" w14:textId="77777777" w:rsidR="00C2081E" w:rsidRDefault="00000000">
      <w:r>
        <w:t>*Norma Orth</w:t>
      </w:r>
    </w:p>
    <w:p w14:paraId="556303DF" w14:textId="77777777" w:rsidR="00C2081E" w:rsidRDefault="00000000">
      <w:r>
        <w:t>Julie Prevo</w:t>
      </w:r>
    </w:p>
    <w:p w14:paraId="52986418" w14:textId="77777777" w:rsidR="00C2081E" w:rsidRDefault="00000000">
      <w:r>
        <w:t>James Tomlinson</w:t>
      </w:r>
    </w:p>
    <w:p w14:paraId="3B44BDA4" w14:textId="77777777" w:rsidR="00C2081E" w:rsidRDefault="00000000">
      <w:r>
        <w:t>Patricia Wescott</w:t>
      </w:r>
    </w:p>
    <w:p w14:paraId="572C1D02" w14:textId="77777777" w:rsidR="00C2081E" w:rsidRDefault="00000000">
      <w:r>
        <w:t>*Beverly Wolcott</w:t>
      </w:r>
    </w:p>
    <w:sectPr w:rsidR="00C2081E" w:rsidSect="00034616">
      <w:pgSz w:w="12240" w:h="15840"/>
      <w:pgMar w:top="1037" w:right="1080" w:bottom="1008" w:left="12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0440952">
    <w:abstractNumId w:val="8"/>
  </w:num>
  <w:num w:numId="2" w16cid:durableId="1711415902">
    <w:abstractNumId w:val="6"/>
  </w:num>
  <w:num w:numId="3" w16cid:durableId="2028167917">
    <w:abstractNumId w:val="5"/>
  </w:num>
  <w:num w:numId="4" w16cid:durableId="1711102038">
    <w:abstractNumId w:val="4"/>
  </w:num>
  <w:num w:numId="5" w16cid:durableId="1741251535">
    <w:abstractNumId w:val="7"/>
  </w:num>
  <w:num w:numId="6" w16cid:durableId="352460632">
    <w:abstractNumId w:val="3"/>
  </w:num>
  <w:num w:numId="7" w16cid:durableId="2107726278">
    <w:abstractNumId w:val="2"/>
  </w:num>
  <w:num w:numId="8" w16cid:durableId="1202405241">
    <w:abstractNumId w:val="1"/>
  </w:num>
  <w:num w:numId="9" w16cid:durableId="1440875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25B60"/>
    <w:rsid w:val="00B47730"/>
    <w:rsid w:val="00C2081E"/>
    <w:rsid w:val="00CB0664"/>
    <w:rsid w:val="00F326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11364A"/>
  <w14:defaultImageDpi w14:val="300"/>
  <w15:docId w15:val="{21044DF2-8808-46AF-9880-96BCAF447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Julie Ricard</cp:lastModifiedBy>
  <cp:revision>2</cp:revision>
  <dcterms:created xsi:type="dcterms:W3CDTF">2013-12-23T23:15:00Z</dcterms:created>
  <dcterms:modified xsi:type="dcterms:W3CDTF">2026-10-17T21:36:00Z</dcterms:modified>
  <cp:category/>
</cp:coreProperties>
</file>